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0"/>
        <w:spacing w:after="200"/>
      </w:pPr>
      <w:r>
        <w:rPr>
          <w:color w:val="000000"/>
          <w:sz w:val="18"/>
        </w:rPr>
        <w:t>REPPRT   /   FREE WORD TEMPLATE</w:t>
      </w:r>
    </w:p>
    <w:p>
      <w:pPr>
        <w:pStyle w:val="Title"/>
      </w:pPr>
      <w:r>
        <w:t>Employee onboarding checklist</w:t>
      </w:r>
    </w:p>
    <w:p>
      <w:pPr>
        <w:keepNext w:val="0"/>
        <w:spacing w:after="160"/>
      </w:pPr>
      <w:r>
        <w:rPr>
          <w:color w:val="000000"/>
          <w:sz w:val="22"/>
        </w:rPr>
        <w:t>A practical 22 task plan for small businesses, from preparation through the first month.</w:t>
      </w:r>
    </w:p>
    <w:p>
      <w:pPr>
        <w:keepNext w:val="0"/>
        <w:spacing w:after="160"/>
      </w:pPr>
      <w:r>
        <w:rPr>
          <w:color w:val="000000"/>
          <w:sz w:val="20"/>
        </w:rPr>
        <w:t>Employee  [Name]     Start date  [Date]</w:t>
        <w:br/>
        <w:t>Role  [Role]     Manager  [Name]</w:t>
      </w:r>
    </w:p>
    <w:p>
      <w:pPr>
        <w:keepNext w:val="0"/>
        <w:spacing w:after="160"/>
      </w:pPr>
      <w:r>
        <w:rPr>
          <w:color w:val="495363"/>
          <w:sz w:val="20"/>
        </w:rPr>
        <w:t>Save a copy for each new hire. Replace bracketed fields, assign owners and due dates, then click the checkboxes in Word as tasks are completed. Adapt or remove tasks that do not apply.</w:t>
      </w:r>
    </w:p>
    <w:p>
      <w:pPr>
        <w:pStyle w:val="Heading1"/>
      </w:pPr>
      <w:r>
        <w:t>Before the start date</w:t>
      </w:r>
    </w:p>
    <w:p>
      <w:pPr>
        <w:keepNext w:val="0"/>
        <w:spacing w:after="100"/>
      </w:pPr>
      <w:r>
        <w:rPr>
          <w:color w:val="495363"/>
          <w:sz w:val="18"/>
        </w:rPr>
        <w:t>STAGE 1 OF 4   /   ONE WEEK BEFORE</w:t>
      </w:r>
    </w:p>
    <w:p>
      <w:pPr>
        <w:keepNext w:val="0"/>
        <w:spacing w:after="0"/>
      </w:pPr>
      <w:r>
        <w:rPr>
          <w:color w:val="000000"/>
          <w:sz w:val="21"/>
        </w:rPr>
        <w:t>Confirm the essentials before your new employee arrives.</w:t>
      </w:r>
    </w:p>
    <w:p>
      <w:pPr>
        <w:pStyle w:val="Heading2"/>
      </w:pPr>
      <w:sdt>
        <w:sdtPr>
          <w:alias w:val="Task 1 completed"/>
          <w:tag w:val="task-1"/>
          <w:id w:val="1001"/>
          <w14:checkbox>
            <w14:checked w14:val="0"/>
            <w14:checkedState w14:val="2612" w14:font="Segoe UI Symbol"/>
            <w14:uncheckedState w14:val="2610" w14:font="Segoe UI Symbol"/>
          </w14:checkbox>
        </w:sdtPr>
        <w:sdtContent>
          <w:r>
            <w:rPr>
              <w:rFonts w:ascii="Segoe UI Symbol" w:hAnsi="Segoe UI Symbol"/>
            </w:rPr>
            <w:t>☐</w:t>
          </w:r>
        </w:sdtContent>
      </w:sdt>
      <w:r>
        <w:t xml:space="preserve">  Confirm the first-day plan</w:t>
      </w:r>
    </w:p>
    <w:p>
      <w:pPr>
        <w:keepNext/>
        <w:spacing w:after="60"/>
        <w:ind w:left="288"/>
      </w:pPr>
      <w:r>
        <w:rPr>
          <w:color w:val="384151"/>
          <w:sz w:val="21"/>
        </w:rPr>
        <w:t>Send the start time, location or meeting link, dress guidance and a named contact.</w:t>
      </w:r>
    </w:p>
    <w:p>
      <w:pPr>
        <w:keepNext w:val="0"/>
        <w:spacing w:after="20"/>
        <w:ind w:left="288"/>
      </w:pPr>
      <w:r>
        <w:rPr>
          <w:color w:val="495363"/>
          <w:sz w:val="18"/>
        </w:rPr>
        <w:t>Suggested owner  Manager     Assigned to  [Name]     Due  [Date]</w:t>
      </w:r>
    </w:p>
    <w:p>
      <w:pPr>
        <w:pStyle w:val="Heading2"/>
      </w:pPr>
      <w:sdt>
        <w:sdtPr>
          <w:alias w:val="Task 2 completed"/>
          <w:tag w:val="task-2"/>
          <w:id w:val="1002"/>
          <w14:checkbox>
            <w14:checked w14:val="0"/>
            <w14:checkedState w14:val="2612" w14:font="Segoe UI Symbol"/>
            <w14:uncheckedState w14:val="2610" w14:font="Segoe UI Symbol"/>
          </w14:checkbox>
        </w:sdtPr>
        <w:sdtContent>
          <w:r>
            <w:rPr>
              <w:rFonts w:ascii="Segoe UI Symbol" w:hAnsi="Segoe UI Symbol"/>
            </w:rPr>
            <w:t>☐</w:t>
          </w:r>
        </w:sdtContent>
      </w:sdt>
      <w:r>
        <w:t xml:space="preserve">  Prepare the employee record</w:t>
      </w:r>
    </w:p>
    <w:p>
      <w:pPr>
        <w:keepNext/>
        <w:spacing w:after="60"/>
        <w:ind w:left="288"/>
      </w:pPr>
      <w:r>
        <w:rPr>
          <w:color w:val="384151"/>
          <w:sz w:val="21"/>
        </w:rPr>
        <w:t>Confirm their preferred name, role, reporting line and contact details through a secure channel.</w:t>
      </w:r>
    </w:p>
    <w:p>
      <w:pPr>
        <w:keepNext w:val="0"/>
        <w:spacing w:after="20"/>
        <w:ind w:left="288"/>
      </w:pPr>
      <w:r>
        <w:rPr>
          <w:color w:val="495363"/>
          <w:sz w:val="18"/>
        </w:rPr>
        <w:t>Suggested owner  HR     Assigned to  [Name]     Due  [Date]</w:t>
      </w:r>
    </w:p>
    <w:p>
      <w:pPr>
        <w:pStyle w:val="Heading2"/>
      </w:pPr>
      <w:sdt>
        <w:sdtPr>
          <w:alias w:val="Task 3 completed"/>
          <w:tag w:val="task-3"/>
          <w:id w:val="1003"/>
          <w14:checkbox>
            <w14:checked w14:val="0"/>
            <w14:checkedState w14:val="2612" w14:font="Segoe UI Symbol"/>
            <w14:uncheckedState w14:val="2610" w14:font="Segoe UI Symbol"/>
          </w14:checkbox>
        </w:sdtPr>
        <w:sdtContent>
          <w:r>
            <w:rPr>
              <w:rFonts w:ascii="Segoe UI Symbol" w:hAnsi="Segoe UI Symbol"/>
            </w:rPr>
            <w:t>☐</w:t>
          </w:r>
        </w:sdtContent>
      </w:sdt>
      <w:r>
        <w:t xml:space="preserve">  Agree which documents are needed</w:t>
      </w:r>
    </w:p>
    <w:p>
      <w:pPr>
        <w:keepNext/>
        <w:spacing w:after="60"/>
        <w:ind w:left="288"/>
      </w:pPr>
      <w:r>
        <w:rPr>
          <w:color w:val="384151"/>
          <w:sz w:val="21"/>
        </w:rPr>
        <w:t>Tell the new joiner what to provide, how to submit it securely and who can access it.</w:t>
      </w:r>
    </w:p>
    <w:p>
      <w:pPr>
        <w:keepNext w:val="0"/>
        <w:spacing w:after="20"/>
        <w:ind w:left="288"/>
      </w:pPr>
      <w:r>
        <w:rPr>
          <w:color w:val="495363"/>
          <w:sz w:val="18"/>
        </w:rPr>
        <w:t>Suggested owner  HR     Assigned to  [Name]     Due  [Date]</w:t>
      </w:r>
    </w:p>
    <w:p>
      <w:pPr>
        <w:pStyle w:val="Heading2"/>
      </w:pPr>
      <w:sdt>
        <w:sdtPr>
          <w:alias w:val="Task 4 completed"/>
          <w:tag w:val="task-4"/>
          <w:id w:val="1004"/>
          <w14:checkbox>
            <w14:checked w14:val="0"/>
            <w14:checkedState w14:val="2612" w14:font="Segoe UI Symbol"/>
            <w14:uncheckedState w14:val="2610" w14:font="Segoe UI Symbol"/>
          </w14:checkbox>
        </w:sdtPr>
        <w:sdtContent>
          <w:r>
            <w:rPr>
              <w:rFonts w:ascii="Segoe UI Symbol" w:hAnsi="Segoe UI Symbol"/>
            </w:rPr>
            <w:t>☐</w:t>
          </w:r>
        </w:sdtContent>
      </w:sdt>
      <w:r>
        <w:t xml:space="preserve">  Prepare equipment and access</w:t>
      </w:r>
    </w:p>
    <w:p>
      <w:pPr>
        <w:keepNext/>
        <w:spacing w:after="60"/>
        <w:ind w:left="288"/>
      </w:pPr>
      <w:r>
        <w:rPr>
          <w:color w:val="384151"/>
          <w:sz w:val="21"/>
        </w:rPr>
        <w:t>Arrange the laptop and role-appropriate accounts. Share sign-in instructions securely.</w:t>
      </w:r>
    </w:p>
    <w:p>
      <w:pPr>
        <w:keepNext w:val="0"/>
        <w:spacing w:after="20"/>
        <w:ind w:left="288"/>
      </w:pPr>
      <w:r>
        <w:rPr>
          <w:color w:val="495363"/>
          <w:sz w:val="18"/>
        </w:rPr>
        <w:t>Suggested owner  IT     Assigned to  [Name]     Due  [Date]</w:t>
      </w:r>
    </w:p>
    <w:p>
      <w:pPr>
        <w:pStyle w:val="Heading2"/>
      </w:pPr>
      <w:sdt>
        <w:sdtPr>
          <w:alias w:val="Task 5 completed"/>
          <w:tag w:val="task-5"/>
          <w:id w:val="1005"/>
          <w14:checkbox>
            <w14:checked w14:val="0"/>
            <w14:checkedState w14:val="2612" w14:font="Segoe UI Symbol"/>
            <w14:uncheckedState w14:val="2610" w14:font="Segoe UI Symbol"/>
          </w14:checkbox>
        </w:sdtPr>
        <w:sdtContent>
          <w:r>
            <w:rPr>
              <w:rFonts w:ascii="Segoe UI Symbol" w:hAnsi="Segoe UI Symbol"/>
            </w:rPr>
            <w:t>☐</w:t>
          </w:r>
        </w:sdtContent>
      </w:sdt>
      <w:r>
        <w:t xml:space="preserve">  Choose a welcome buddy</w:t>
      </w:r>
    </w:p>
    <w:p>
      <w:pPr>
        <w:keepNext/>
        <w:spacing w:after="60"/>
        <w:ind w:left="288"/>
      </w:pPr>
      <w:r>
        <w:rPr>
          <w:color w:val="384151"/>
          <w:sz w:val="21"/>
        </w:rPr>
        <w:t>Ask a teammate to help with everyday questions and introduce them before day one.</w:t>
      </w:r>
    </w:p>
    <w:p>
      <w:pPr>
        <w:keepNext w:val="0"/>
        <w:spacing w:after="20"/>
        <w:ind w:left="288"/>
      </w:pPr>
      <w:r>
        <w:rPr>
          <w:color w:val="495363"/>
          <w:sz w:val="18"/>
        </w:rPr>
        <w:t>Suggested owner  Manager     Assigned to  [Name]     Due  [Date]</w:t>
      </w:r>
    </w:p>
    <w:p>
      <w:pPr>
        <w:pStyle w:val="Heading2"/>
      </w:pPr>
      <w:sdt>
        <w:sdtPr>
          <w:alias w:val="Task 6 completed"/>
          <w:tag w:val="task-6"/>
          <w:id w:val="1006"/>
          <w14:checkbox>
            <w14:checked w14:val="0"/>
            <w14:checkedState w14:val="2612" w14:font="Segoe UI Symbol"/>
            <w14:uncheckedState w14:val="2610" w14:font="Segoe UI Symbol"/>
          </w14:checkbox>
        </w:sdtPr>
        <w:sdtContent>
          <w:r>
            <w:rPr>
              <w:rFonts w:ascii="Segoe UI Symbol" w:hAnsi="Segoe UI Symbol"/>
            </w:rPr>
            <w:t>☐</w:t>
          </w:r>
        </w:sdtContent>
      </w:sdt>
      <w:r>
        <w:t xml:space="preserve">  Plan the first week</w:t>
      </w:r>
    </w:p>
    <w:p>
      <w:pPr>
        <w:keepNext/>
        <w:spacing w:after="60"/>
        <w:ind w:left="288"/>
      </w:pPr>
      <w:r>
        <w:rPr>
          <w:color w:val="384151"/>
          <w:sz w:val="21"/>
        </w:rPr>
        <w:t>Book introductions, essential training and a first check-in. Leave space to settle in.</w:t>
      </w:r>
    </w:p>
    <w:p>
      <w:pPr>
        <w:keepNext w:val="0"/>
        <w:spacing w:after="20"/>
        <w:ind w:left="288"/>
      </w:pPr>
      <w:r>
        <w:rPr>
          <w:color w:val="495363"/>
          <w:sz w:val="18"/>
        </w:rPr>
        <w:t>Suggested owner  Manager     Assigned to  [Name]     Due  [Date]</w:t>
      </w:r>
    </w:p>
    <w:p>
      <w:pPr>
        <w:pStyle w:val="Heading2"/>
      </w:pPr>
      <w:r>
        <w:t>Notes and follow up</w:t>
      </w:r>
    </w:p>
    <w:p>
      <w:pPr>
        <w:keepNext w:val="0"/>
        <w:spacing w:after="120"/>
      </w:pPr>
      <w:r>
        <w:rPr>
          <w:color w:val="495363"/>
          <w:sz w:val="20"/>
        </w:rPr>
        <w:t>[Record blockers, support needed or additional tasks here.]</w:t>
      </w:r>
    </w:p>
    <w:p>
      <w:r>
        <w:br w:type="page"/>
      </w:r>
    </w:p>
    <w:p>
      <w:pPr>
        <w:keepNext w:val="0"/>
        <w:spacing w:after="200"/>
      </w:pPr>
      <w:r>
        <w:rPr>
          <w:color w:val="000000"/>
          <w:sz w:val="18"/>
        </w:rPr>
        <w:t>REPPRT   /   EMPLOYEE ONBOARDING CHECKLIST</w:t>
      </w:r>
    </w:p>
    <w:p>
      <w:pPr>
        <w:pStyle w:val="Heading1"/>
      </w:pPr>
      <w:r>
        <w:t>First day orientation</w:t>
      </w:r>
    </w:p>
    <w:p>
      <w:pPr>
        <w:keepNext w:val="0"/>
        <w:spacing w:after="100"/>
      </w:pPr>
      <w:r>
        <w:rPr>
          <w:color w:val="495363"/>
          <w:sz w:val="18"/>
        </w:rPr>
        <w:t>STAGE 2 OF 4   /   FIRST DAY</w:t>
      </w:r>
    </w:p>
    <w:p>
      <w:pPr>
        <w:keepNext w:val="0"/>
        <w:spacing w:after="160"/>
      </w:pPr>
      <w:r>
        <w:rPr>
          <w:color w:val="000000"/>
          <w:sz w:val="20"/>
        </w:rPr>
        <w:t>Employee  [Name]     Review date  [Date]</w:t>
      </w:r>
    </w:p>
    <w:p>
      <w:pPr>
        <w:keepNext w:val="0"/>
        <w:spacing w:after="0"/>
      </w:pPr>
      <w:r>
        <w:rPr>
          <w:color w:val="000000"/>
          <w:sz w:val="21"/>
        </w:rPr>
        <w:t>Make introductions, explain expectations and remove access problems.</w:t>
      </w:r>
    </w:p>
    <w:p>
      <w:pPr>
        <w:pStyle w:val="Heading2"/>
      </w:pPr>
      <w:sdt>
        <w:sdtPr>
          <w:alias w:val="Task 7 completed"/>
          <w:tag w:val="task-7"/>
          <w:id w:val="1007"/>
          <w14:checkbox>
            <w14:checked w14:val="0"/>
            <w14:checkedState w14:val="2612" w14:font="Segoe UI Symbol"/>
            <w14:uncheckedState w14:val="2610" w14:font="Segoe UI Symbol"/>
          </w14:checkbox>
        </w:sdtPr>
        <w:sdtContent>
          <w:r>
            <w:rPr>
              <w:rFonts w:ascii="Segoe UI Symbol" w:hAnsi="Segoe UI Symbol"/>
            </w:rPr>
            <w:t>☐</w:t>
          </w:r>
        </w:sdtContent>
      </w:sdt>
      <w:r>
        <w:t xml:space="preserve">  Welcome them personally</w:t>
      </w:r>
    </w:p>
    <w:p>
      <w:pPr>
        <w:keepNext/>
        <w:spacing w:after="60"/>
        <w:ind w:left="288"/>
      </w:pPr>
      <w:r>
        <w:rPr>
          <w:color w:val="384151"/>
          <w:sz w:val="21"/>
        </w:rPr>
        <w:t>Introduce the team and show them where to find help, whether in person or remotely.</w:t>
      </w:r>
    </w:p>
    <w:p>
      <w:pPr>
        <w:keepNext w:val="0"/>
        <w:spacing w:after="20"/>
        <w:ind w:left="288"/>
      </w:pPr>
      <w:r>
        <w:rPr>
          <w:color w:val="495363"/>
          <w:sz w:val="18"/>
        </w:rPr>
        <w:t>Suggested owner  Manager     Assigned to  [Name]     Due  [Date]</w:t>
      </w:r>
    </w:p>
    <w:p>
      <w:pPr>
        <w:pStyle w:val="Heading2"/>
      </w:pPr>
      <w:sdt>
        <w:sdtPr>
          <w:alias w:val="Task 8 completed"/>
          <w:tag w:val="task-8"/>
          <w:id w:val="1008"/>
          <w14:checkbox>
            <w14:checked w14:val="0"/>
            <w14:checkedState w14:val="2612" w14:font="Segoe UI Symbol"/>
            <w14:uncheckedState w14:val="2610" w14:font="Segoe UI Symbol"/>
          </w14:checkbox>
        </w:sdtPr>
        <w:sdtContent>
          <w:r>
            <w:rPr>
              <w:rFonts w:ascii="Segoe UI Symbol" w:hAnsi="Segoe UI Symbol"/>
            </w:rPr>
            <w:t>☐</w:t>
          </w:r>
        </w:sdtContent>
      </w:sdt>
      <w:r>
        <w:t xml:space="preserve">  Check that the basics work</w:t>
      </w:r>
    </w:p>
    <w:p>
      <w:pPr>
        <w:keepNext/>
        <w:spacing w:after="60"/>
        <w:ind w:left="288"/>
      </w:pPr>
      <w:r>
        <w:rPr>
          <w:color w:val="384151"/>
          <w:sz w:val="21"/>
        </w:rPr>
        <w:t>Test their equipment, email and essential tools together. Resolve access problems early.</w:t>
      </w:r>
    </w:p>
    <w:p>
      <w:pPr>
        <w:keepNext w:val="0"/>
        <w:spacing w:after="20"/>
        <w:ind w:left="288"/>
      </w:pPr>
      <w:r>
        <w:rPr>
          <w:color w:val="495363"/>
          <w:sz w:val="18"/>
        </w:rPr>
        <w:t>Suggested owner  IT     Assigned to  [Name]     Due  [Date]</w:t>
      </w:r>
    </w:p>
    <w:p>
      <w:pPr>
        <w:pStyle w:val="Heading2"/>
      </w:pPr>
      <w:sdt>
        <w:sdtPr>
          <w:alias w:val="Task 9 completed"/>
          <w:tag w:val="task-9"/>
          <w:id w:val="1009"/>
          <w14:checkbox>
            <w14:checked w14:val="0"/>
            <w14:checkedState w14:val="2612" w14:font="Segoe UI Symbol"/>
            <w14:uncheckedState w14:val="2610" w14:font="Segoe UI Symbol"/>
          </w14:checkbox>
        </w:sdtPr>
        <w:sdtContent>
          <w:r>
            <w:rPr>
              <w:rFonts w:ascii="Segoe UI Symbol" w:hAnsi="Segoe UI Symbol"/>
            </w:rPr>
            <w:t>☐</w:t>
          </w:r>
        </w:sdtContent>
      </w:sdt>
      <w:r>
        <w:t xml:space="preserve">  Explain the role</w:t>
      </w:r>
    </w:p>
    <w:p>
      <w:pPr>
        <w:keepNext/>
        <w:spacing w:after="60"/>
        <w:ind w:left="288"/>
      </w:pPr>
      <w:r>
        <w:rPr>
          <w:color w:val="384151"/>
          <w:sz w:val="21"/>
        </w:rPr>
        <w:t>Discuss responsibilities, priorities and what a good first month looks like.</w:t>
      </w:r>
    </w:p>
    <w:p>
      <w:pPr>
        <w:keepNext w:val="0"/>
        <w:spacing w:after="20"/>
        <w:ind w:left="288"/>
      </w:pPr>
      <w:r>
        <w:rPr>
          <w:color w:val="495363"/>
          <w:sz w:val="18"/>
        </w:rPr>
        <w:t>Suggested owner  Manager     Assigned to  [Name]     Due  [Date]</w:t>
      </w:r>
    </w:p>
    <w:p>
      <w:pPr>
        <w:pStyle w:val="Heading2"/>
      </w:pPr>
      <w:sdt>
        <w:sdtPr>
          <w:alias w:val="Task 10 completed"/>
          <w:tag w:val="task-10"/>
          <w:id w:val="1010"/>
          <w14:checkbox>
            <w14:checked w14:val="0"/>
            <w14:checkedState w14:val="2612" w14:font="Segoe UI Symbol"/>
            <w14:uncheckedState w14:val="2610" w14:font="Segoe UI Symbol"/>
          </w14:checkbox>
        </w:sdtPr>
        <w:sdtContent>
          <w:r>
            <w:rPr>
              <w:rFonts w:ascii="Segoe UI Symbol" w:hAnsi="Segoe UI Symbol"/>
            </w:rPr>
            <w:t>☐</w:t>
          </w:r>
        </w:sdtContent>
      </w:sdt>
      <w:r>
        <w:t xml:space="preserve">  Walk through everyday policies</w:t>
      </w:r>
    </w:p>
    <w:p>
      <w:pPr>
        <w:keepNext/>
        <w:spacing w:after="60"/>
        <w:ind w:left="288"/>
      </w:pPr>
      <w:r>
        <w:rPr>
          <w:color w:val="384151"/>
          <w:sz w:val="21"/>
        </w:rPr>
        <w:t>Explain working hours, time-off requests, security practices and where policies are kept.</w:t>
      </w:r>
    </w:p>
    <w:p>
      <w:pPr>
        <w:keepNext w:val="0"/>
        <w:spacing w:after="20"/>
        <w:ind w:left="288"/>
      </w:pPr>
      <w:r>
        <w:rPr>
          <w:color w:val="495363"/>
          <w:sz w:val="18"/>
        </w:rPr>
        <w:t>Suggested owner  HR     Assigned to  [Name]     Due  [Date]</w:t>
      </w:r>
    </w:p>
    <w:p>
      <w:pPr>
        <w:pStyle w:val="Heading2"/>
      </w:pPr>
      <w:sdt>
        <w:sdtPr>
          <w:alias w:val="Task 11 completed"/>
          <w:tag w:val="task-11"/>
          <w:id w:val="1011"/>
          <w14:checkbox>
            <w14:checked w14:val="0"/>
            <w14:checkedState w14:val="2612" w14:font="Segoe UI Symbol"/>
            <w14:uncheckedState w14:val="2610" w14:font="Segoe UI Symbol"/>
          </w14:checkbox>
        </w:sdtPr>
        <w:sdtContent>
          <w:r>
            <w:rPr>
              <w:rFonts w:ascii="Segoe UI Symbol" w:hAnsi="Segoe UI Symbol"/>
            </w:rPr>
            <w:t>☐</w:t>
          </w:r>
        </w:sdtContent>
      </w:sdt>
      <w:r>
        <w:t xml:space="preserve">  Explain pay and benefits contacts</w:t>
      </w:r>
    </w:p>
    <w:p>
      <w:pPr>
        <w:keepNext/>
        <w:spacing w:after="60"/>
        <w:ind w:left="288"/>
      </w:pPr>
      <w:r>
        <w:rPr>
          <w:color w:val="384151"/>
          <w:sz w:val="21"/>
        </w:rPr>
        <w:t>Point them to the person who can answer questions and collect required details securely.</w:t>
      </w:r>
    </w:p>
    <w:p>
      <w:pPr>
        <w:keepNext w:val="0"/>
        <w:spacing w:after="20"/>
        <w:ind w:left="288"/>
      </w:pPr>
      <w:r>
        <w:rPr>
          <w:color w:val="495363"/>
          <w:sz w:val="18"/>
        </w:rPr>
        <w:t>Suggested owner  HR     Assigned to  [Name]     Due  [Date]</w:t>
      </w:r>
    </w:p>
    <w:p>
      <w:pPr>
        <w:pStyle w:val="Heading2"/>
      </w:pPr>
      <w:sdt>
        <w:sdtPr>
          <w:alias w:val="Task 12 completed"/>
          <w:tag w:val="task-12"/>
          <w:id w:val="1012"/>
          <w14:checkbox>
            <w14:checked w14:val="0"/>
            <w14:checkedState w14:val="2612" w14:font="Segoe UI Symbol"/>
            <w14:uncheckedState w14:val="2610" w14:font="Segoe UI Symbol"/>
          </w14:checkbox>
        </w:sdtPr>
        <w:sdtContent>
          <w:r>
            <w:rPr>
              <w:rFonts w:ascii="Segoe UI Symbol" w:hAnsi="Segoe UI Symbol"/>
            </w:rPr>
            <w:t>☐</w:t>
          </w:r>
        </w:sdtContent>
      </w:sdt>
      <w:r>
        <w:t xml:space="preserve">  End with a short check-in</w:t>
      </w:r>
    </w:p>
    <w:p>
      <w:pPr>
        <w:keepNext/>
        <w:spacing w:after="60"/>
        <w:ind w:left="288"/>
      </w:pPr>
      <w:r>
        <w:rPr>
          <w:color w:val="384151"/>
          <w:sz w:val="21"/>
        </w:rPr>
        <w:t>Ask what is unclear and what would make tomorrow easier.</w:t>
      </w:r>
    </w:p>
    <w:p>
      <w:pPr>
        <w:keepNext w:val="0"/>
        <w:spacing w:after="20"/>
        <w:ind w:left="288"/>
      </w:pPr>
      <w:r>
        <w:rPr>
          <w:color w:val="495363"/>
          <w:sz w:val="18"/>
        </w:rPr>
        <w:t>Suggested owner  Manager     Assigned to  [Name]     Due  [Date]</w:t>
      </w:r>
    </w:p>
    <w:p>
      <w:pPr>
        <w:pStyle w:val="Heading2"/>
      </w:pPr>
      <w:r>
        <w:t>Notes and follow up</w:t>
      </w:r>
    </w:p>
    <w:p>
      <w:pPr>
        <w:keepNext w:val="0"/>
        <w:spacing w:after="120"/>
      </w:pPr>
      <w:r>
        <w:rPr>
          <w:color w:val="495363"/>
          <w:sz w:val="20"/>
        </w:rPr>
        <w:t>[Record blockers, support needed or additional tasks here.]</w:t>
      </w:r>
    </w:p>
    <w:p>
      <w:r>
        <w:br w:type="page"/>
      </w:r>
    </w:p>
    <w:p>
      <w:pPr>
        <w:keepNext w:val="0"/>
        <w:spacing w:after="200"/>
      </w:pPr>
      <w:r>
        <w:rPr>
          <w:color w:val="000000"/>
          <w:sz w:val="18"/>
        </w:rPr>
        <w:t>REPPRT   /   EMPLOYEE ONBOARDING CHECKLIST</w:t>
      </w:r>
    </w:p>
    <w:p>
      <w:pPr>
        <w:pStyle w:val="Heading1"/>
      </w:pPr>
      <w:r>
        <w:t>First week onboarding</w:t>
      </w:r>
    </w:p>
    <w:p>
      <w:pPr>
        <w:keepNext w:val="0"/>
        <w:spacing w:after="100"/>
      </w:pPr>
      <w:r>
        <w:rPr>
          <w:color w:val="495363"/>
          <w:sz w:val="18"/>
        </w:rPr>
        <w:t>STAGE 3 OF 4   /   FIRST WEEK</w:t>
      </w:r>
    </w:p>
    <w:p>
      <w:pPr>
        <w:keepNext w:val="0"/>
        <w:spacing w:after="160"/>
      </w:pPr>
      <w:r>
        <w:rPr>
          <w:color w:val="000000"/>
          <w:sz w:val="20"/>
        </w:rPr>
        <w:t>Employee  [Name]     Review date  [Date]</w:t>
      </w:r>
    </w:p>
    <w:p>
      <w:pPr>
        <w:keepNext w:val="0"/>
        <w:spacing w:after="0"/>
      </w:pPr>
      <w:r>
        <w:rPr>
          <w:color w:val="000000"/>
          <w:sz w:val="21"/>
        </w:rPr>
        <w:t>Build confidence through useful work, training and regular support.</w:t>
      </w:r>
    </w:p>
    <w:p>
      <w:pPr>
        <w:pStyle w:val="Heading2"/>
      </w:pPr>
      <w:sdt>
        <w:sdtPr>
          <w:alias w:val="Task 13 completed"/>
          <w:tag w:val="task-13"/>
          <w:id w:val="1013"/>
          <w14:checkbox>
            <w14:checked w14:val="0"/>
            <w14:checkedState w14:val="2612" w14:font="Segoe UI Symbol"/>
            <w14:uncheckedState w14:val="2610" w14:font="Segoe UI Symbol"/>
          </w14:checkbox>
        </w:sdtPr>
        <w:sdtContent>
          <w:r>
            <w:rPr>
              <w:rFonts w:ascii="Segoe UI Symbol" w:hAnsi="Segoe UI Symbol"/>
            </w:rPr>
            <w:t>☐</w:t>
          </w:r>
        </w:sdtContent>
      </w:sdt>
      <w:r>
        <w:t xml:space="preserve">  Introduce key collaborators</w:t>
      </w:r>
    </w:p>
    <w:p>
      <w:pPr>
        <w:keepNext/>
        <w:spacing w:after="60"/>
        <w:ind w:left="288"/>
      </w:pPr>
      <w:r>
        <w:rPr>
          <w:color w:val="384151"/>
          <w:sz w:val="21"/>
        </w:rPr>
        <w:t>Explain how each person works with the new joiner's role, not just their job title.</w:t>
      </w:r>
    </w:p>
    <w:p>
      <w:pPr>
        <w:keepNext w:val="0"/>
        <w:spacing w:after="20"/>
        <w:ind w:left="288"/>
      </w:pPr>
      <w:r>
        <w:rPr>
          <w:color w:val="495363"/>
          <w:sz w:val="18"/>
        </w:rPr>
        <w:t>Suggested owner  Manager     Assigned to  [Name]     Due  [Date]</w:t>
      </w:r>
    </w:p>
    <w:p>
      <w:pPr>
        <w:pStyle w:val="Heading2"/>
      </w:pPr>
      <w:sdt>
        <w:sdtPr>
          <w:alias w:val="Task 14 completed"/>
          <w:tag w:val="task-14"/>
          <w:id w:val="1014"/>
          <w14:checkbox>
            <w14:checked w14:val="0"/>
            <w14:checkedState w14:val="2612" w14:font="Segoe UI Symbol"/>
            <w14:uncheckedState w14:val="2610" w14:font="Segoe UI Symbol"/>
          </w14:checkbox>
        </w:sdtPr>
        <w:sdtContent>
          <w:r>
            <w:rPr>
              <w:rFonts w:ascii="Segoe UI Symbol" w:hAnsi="Segoe UI Symbol"/>
            </w:rPr>
            <w:t>☐</w:t>
          </w:r>
        </w:sdtContent>
      </w:sdt>
      <w:r>
        <w:t xml:space="preserve">  Complete essential training</w:t>
      </w:r>
    </w:p>
    <w:p>
      <w:pPr>
        <w:keepNext/>
        <w:spacing w:after="60"/>
        <w:ind w:left="288"/>
      </w:pPr>
      <w:r>
        <w:rPr>
          <w:color w:val="384151"/>
          <w:sz w:val="21"/>
        </w:rPr>
        <w:t>Arrange the training relevant to their role and record any follow-up needed.</w:t>
      </w:r>
    </w:p>
    <w:p>
      <w:pPr>
        <w:keepNext w:val="0"/>
        <w:spacing w:after="20"/>
        <w:ind w:left="288"/>
      </w:pPr>
      <w:r>
        <w:rPr>
          <w:color w:val="495363"/>
          <w:sz w:val="18"/>
        </w:rPr>
        <w:t>Suggested owner  Manager     Assigned to  [Name]     Due  [Date]</w:t>
      </w:r>
    </w:p>
    <w:p>
      <w:pPr>
        <w:pStyle w:val="Heading2"/>
      </w:pPr>
      <w:sdt>
        <w:sdtPr>
          <w:alias w:val="Task 15 completed"/>
          <w:tag w:val="task-15"/>
          <w:id w:val="1015"/>
          <w14:checkbox>
            <w14:checked w14:val="0"/>
            <w14:checkedState w14:val="2612" w14:font="Segoe UI Symbol"/>
            <w14:uncheckedState w14:val="2610" w14:font="Segoe UI Symbol"/>
          </w14:checkbox>
        </w:sdtPr>
        <w:sdtContent>
          <w:r>
            <w:rPr>
              <w:rFonts w:ascii="Segoe UI Symbol" w:hAnsi="Segoe UI Symbol"/>
            </w:rPr>
            <w:t>☐</w:t>
          </w:r>
        </w:sdtContent>
      </w:sdt>
      <w:r>
        <w:t xml:space="preserve">  Give them a manageable first task</w:t>
      </w:r>
    </w:p>
    <w:p>
      <w:pPr>
        <w:keepNext/>
        <w:spacing w:after="60"/>
        <w:ind w:left="288"/>
      </w:pPr>
      <w:r>
        <w:rPr>
          <w:color w:val="384151"/>
          <w:sz w:val="21"/>
        </w:rPr>
        <w:t>Choose something with a clear outcome, context and someone available to help.</w:t>
      </w:r>
    </w:p>
    <w:p>
      <w:pPr>
        <w:keepNext w:val="0"/>
        <w:spacing w:after="20"/>
        <w:ind w:left="288"/>
      </w:pPr>
      <w:r>
        <w:rPr>
          <w:color w:val="495363"/>
          <w:sz w:val="18"/>
        </w:rPr>
        <w:t>Suggested owner  Manager     Assigned to  [Name]     Due  [Date]</w:t>
      </w:r>
    </w:p>
    <w:p>
      <w:pPr>
        <w:pStyle w:val="Heading2"/>
      </w:pPr>
      <w:sdt>
        <w:sdtPr>
          <w:alias w:val="Task 16 completed"/>
          <w:tag w:val="task-16"/>
          <w:id w:val="1016"/>
          <w14:checkbox>
            <w14:checked w14:val="0"/>
            <w14:checkedState w14:val="2612" w14:font="Segoe UI Symbol"/>
            <w14:uncheckedState w14:val="2610" w14:font="Segoe UI Symbol"/>
          </w14:checkbox>
        </w:sdtPr>
        <w:sdtContent>
          <w:r>
            <w:rPr>
              <w:rFonts w:ascii="Segoe UI Symbol" w:hAnsi="Segoe UI Symbol"/>
            </w:rPr>
            <w:t>☐</w:t>
          </w:r>
        </w:sdtContent>
      </w:sdt>
      <w:r>
        <w:t xml:space="preserve">  Review outstanding documents</w:t>
      </w:r>
    </w:p>
    <w:p>
      <w:pPr>
        <w:keepNext/>
        <w:spacing w:after="60"/>
        <w:ind w:left="288"/>
      </w:pPr>
      <w:r>
        <w:rPr>
          <w:color w:val="384151"/>
          <w:sz w:val="21"/>
        </w:rPr>
        <w:t>Check what is missing and record relevant renewal dates in the appropriate secure system.</w:t>
      </w:r>
    </w:p>
    <w:p>
      <w:pPr>
        <w:keepNext w:val="0"/>
        <w:spacing w:after="20"/>
        <w:ind w:left="288"/>
      </w:pPr>
      <w:r>
        <w:rPr>
          <w:color w:val="495363"/>
          <w:sz w:val="18"/>
        </w:rPr>
        <w:t>Suggested owner  HR     Assigned to  [Name]     Due  [Date]</w:t>
      </w:r>
    </w:p>
    <w:p>
      <w:pPr>
        <w:pStyle w:val="Heading2"/>
      </w:pPr>
      <w:sdt>
        <w:sdtPr>
          <w:alias w:val="Task 17 completed"/>
          <w:tag w:val="task-17"/>
          <w:id w:val="1017"/>
          <w14:checkbox>
            <w14:checked w14:val="0"/>
            <w14:checkedState w14:val="2612" w14:font="Segoe UI Symbol"/>
            <w14:uncheckedState w14:val="2610" w14:font="Segoe UI Symbol"/>
          </w14:checkbox>
        </w:sdtPr>
        <w:sdtContent>
          <w:r>
            <w:rPr>
              <w:rFonts w:ascii="Segoe UI Symbol" w:hAnsi="Segoe UI Symbol"/>
            </w:rPr>
            <w:t>☐</w:t>
          </w:r>
        </w:sdtContent>
      </w:sdt>
      <w:r>
        <w:t xml:space="preserve">  Ask for first-week feedback</w:t>
      </w:r>
    </w:p>
    <w:p>
      <w:pPr>
        <w:keepNext/>
        <w:spacing w:after="60"/>
        <w:ind w:left="288"/>
      </w:pPr>
      <w:r>
        <w:rPr>
          <w:color w:val="384151"/>
          <w:sz w:val="21"/>
        </w:rPr>
        <w:t>What helped? What was confusing? Make one concrete improvement from their feedback.</w:t>
      </w:r>
    </w:p>
    <w:p>
      <w:pPr>
        <w:keepNext w:val="0"/>
        <w:spacing w:after="20"/>
        <w:ind w:left="288"/>
      </w:pPr>
      <w:r>
        <w:rPr>
          <w:color w:val="495363"/>
          <w:sz w:val="18"/>
        </w:rPr>
        <w:t>Suggested owner  Manager     Assigned to  [Name]     Due  [Date]</w:t>
      </w:r>
    </w:p>
    <w:p>
      <w:pPr>
        <w:pStyle w:val="Heading2"/>
      </w:pPr>
      <w:r>
        <w:t>Notes and follow up</w:t>
      </w:r>
    </w:p>
    <w:p>
      <w:pPr>
        <w:keepNext w:val="0"/>
        <w:spacing w:after="120"/>
      </w:pPr>
      <w:r>
        <w:rPr>
          <w:color w:val="495363"/>
          <w:sz w:val="20"/>
        </w:rPr>
        <w:t>[Record blockers, support needed or additional tasks here.]</w:t>
      </w:r>
    </w:p>
    <w:p>
      <w:r>
        <w:br w:type="page"/>
      </w:r>
    </w:p>
    <w:p>
      <w:pPr>
        <w:keepNext w:val="0"/>
        <w:spacing w:after="200"/>
      </w:pPr>
      <w:r>
        <w:rPr>
          <w:color w:val="000000"/>
          <w:sz w:val="18"/>
        </w:rPr>
        <w:t>REPPRT   /   EMPLOYEE ONBOARDING CHECKLIST</w:t>
      </w:r>
    </w:p>
    <w:p>
      <w:pPr>
        <w:pStyle w:val="Heading1"/>
      </w:pPr>
      <w:r>
        <w:t>First month review</w:t>
      </w:r>
    </w:p>
    <w:p>
      <w:pPr>
        <w:keepNext w:val="0"/>
        <w:spacing w:after="100"/>
      </w:pPr>
      <w:r>
        <w:rPr>
          <w:color w:val="495363"/>
          <w:sz w:val="18"/>
        </w:rPr>
        <w:t>STAGE 4 OF 4   /   FIRST MONTH</w:t>
      </w:r>
    </w:p>
    <w:p>
      <w:pPr>
        <w:keepNext w:val="0"/>
        <w:spacing w:after="160"/>
      </w:pPr>
      <w:r>
        <w:rPr>
          <w:color w:val="000000"/>
          <w:sz w:val="20"/>
        </w:rPr>
        <w:t>Employee  [Name]     Review date  [Date]</w:t>
      </w:r>
    </w:p>
    <w:p>
      <w:pPr>
        <w:keepNext w:val="0"/>
        <w:spacing w:after="0"/>
      </w:pPr>
      <w:r>
        <w:rPr>
          <w:color w:val="000000"/>
          <w:sz w:val="21"/>
        </w:rPr>
        <w:t>Review the first month and agree what comes next.</w:t>
      </w:r>
    </w:p>
    <w:p>
      <w:pPr>
        <w:pStyle w:val="Heading2"/>
      </w:pPr>
      <w:sdt>
        <w:sdtPr>
          <w:alias w:val="Task 18 completed"/>
          <w:tag w:val="task-18"/>
          <w:id w:val="1018"/>
          <w14:checkbox>
            <w14:checked w14:val="0"/>
            <w14:checkedState w14:val="2612" w14:font="Segoe UI Symbol"/>
            <w14:uncheckedState w14:val="2610" w14:font="Segoe UI Symbol"/>
          </w14:checkbox>
        </w:sdtPr>
        <w:sdtContent>
          <w:r>
            <w:rPr>
              <w:rFonts w:ascii="Segoe UI Symbol" w:hAnsi="Segoe UI Symbol"/>
            </w:rPr>
            <w:t>☐</w:t>
          </w:r>
        </w:sdtContent>
      </w:sdt>
      <w:r>
        <w:t xml:space="preserve">  Review progress together</w:t>
      </w:r>
    </w:p>
    <w:p>
      <w:pPr>
        <w:keepNext/>
        <w:spacing w:after="60"/>
        <w:ind w:left="288"/>
      </w:pPr>
      <w:r>
        <w:rPr>
          <w:color w:val="384151"/>
          <w:sz w:val="21"/>
        </w:rPr>
        <w:t>Compare the first month's experience with the expectations you agreed on day one.</w:t>
      </w:r>
    </w:p>
    <w:p>
      <w:pPr>
        <w:keepNext w:val="0"/>
        <w:spacing w:after="20"/>
        <w:ind w:left="288"/>
      </w:pPr>
      <w:r>
        <w:rPr>
          <w:color w:val="495363"/>
          <w:sz w:val="18"/>
        </w:rPr>
        <w:t>Suggested owner  Manager     Assigned to  [Name]     Due  [Date]</w:t>
      </w:r>
    </w:p>
    <w:p>
      <w:pPr>
        <w:pStyle w:val="Heading2"/>
      </w:pPr>
      <w:sdt>
        <w:sdtPr>
          <w:alias w:val="Task 19 completed"/>
          <w:tag w:val="task-19"/>
          <w:id w:val="1019"/>
          <w14:checkbox>
            <w14:checked w14:val="0"/>
            <w14:checkedState w14:val="2612" w14:font="Segoe UI Symbol"/>
            <w14:uncheckedState w14:val="2610" w14:font="Segoe UI Symbol"/>
          </w14:checkbox>
        </w:sdtPr>
        <w:sdtContent>
          <w:r>
            <w:rPr>
              <w:rFonts w:ascii="Segoe UI Symbol" w:hAnsi="Segoe UI Symbol"/>
            </w:rPr>
            <w:t>☐</w:t>
          </w:r>
        </w:sdtContent>
      </w:sdt>
      <w:r>
        <w:t xml:space="preserve">  Agree the next set of goals</w:t>
      </w:r>
    </w:p>
    <w:p>
      <w:pPr>
        <w:keepNext/>
        <w:spacing w:after="60"/>
        <w:ind w:left="288"/>
      </w:pPr>
      <w:r>
        <w:rPr>
          <w:color w:val="384151"/>
          <w:sz w:val="21"/>
        </w:rPr>
        <w:t>Write down a few achievable priorities, support needed and a review date.</w:t>
      </w:r>
    </w:p>
    <w:p>
      <w:pPr>
        <w:keepNext w:val="0"/>
        <w:spacing w:after="20"/>
        <w:ind w:left="288"/>
      </w:pPr>
      <w:r>
        <w:rPr>
          <w:color w:val="495363"/>
          <w:sz w:val="18"/>
        </w:rPr>
        <w:t>Suggested owner  Manager     Assigned to  [Name]     Due  [Date]</w:t>
      </w:r>
    </w:p>
    <w:p>
      <w:pPr>
        <w:pStyle w:val="Heading2"/>
      </w:pPr>
      <w:sdt>
        <w:sdtPr>
          <w:alias w:val="Task 20 completed"/>
          <w:tag w:val="task-20"/>
          <w:id w:val="1020"/>
          <w14:checkbox>
            <w14:checked w14:val="0"/>
            <w14:checkedState w14:val="2612" w14:font="Segoe UI Symbol"/>
            <w14:uncheckedState w14:val="2610" w14:font="Segoe UI Symbol"/>
          </w14:checkbox>
        </w:sdtPr>
        <w:sdtContent>
          <w:r>
            <w:rPr>
              <w:rFonts w:ascii="Segoe UI Symbol" w:hAnsi="Segoe UI Symbol"/>
            </w:rPr>
            <w:t>☐</w:t>
          </w:r>
        </w:sdtContent>
      </w:sdt>
      <w:r>
        <w:t xml:space="preserve">  Check workload and belonging</w:t>
      </w:r>
    </w:p>
    <w:p>
      <w:pPr>
        <w:keepNext/>
        <w:spacing w:after="60"/>
        <w:ind w:left="288"/>
      </w:pPr>
      <w:r>
        <w:rPr>
          <w:color w:val="384151"/>
          <w:sz w:val="21"/>
        </w:rPr>
        <w:t>Ask whether they have the access, context and relationships they need to do their work.</w:t>
      </w:r>
    </w:p>
    <w:p>
      <w:pPr>
        <w:keepNext w:val="0"/>
        <w:spacing w:after="20"/>
        <w:ind w:left="288"/>
      </w:pPr>
      <w:r>
        <w:rPr>
          <w:color w:val="495363"/>
          <w:sz w:val="18"/>
        </w:rPr>
        <w:t>Suggested owner  Manager     Assigned to  [Name]     Due  [Date]</w:t>
      </w:r>
    </w:p>
    <w:p>
      <w:pPr>
        <w:pStyle w:val="Heading2"/>
      </w:pPr>
      <w:sdt>
        <w:sdtPr>
          <w:alias w:val="Task 21 completed"/>
          <w:tag w:val="task-21"/>
          <w:id w:val="1021"/>
          <w14:checkbox>
            <w14:checked w14:val="0"/>
            <w14:checkedState w14:val="2612" w14:font="Segoe UI Symbol"/>
            <w14:uncheckedState w14:val="2610" w14:font="Segoe UI Symbol"/>
          </w14:checkbox>
        </w:sdtPr>
        <w:sdtContent>
          <w:r>
            <w:rPr>
              <w:rFonts w:ascii="Segoe UI Symbol" w:hAnsi="Segoe UI Symbol"/>
            </w:rPr>
            <w:t>☐</w:t>
          </w:r>
        </w:sdtContent>
      </w:sdt>
      <w:r>
        <w:t xml:space="preserve">  Close or reassign open tasks</w:t>
      </w:r>
    </w:p>
    <w:p>
      <w:pPr>
        <w:keepNext/>
        <w:spacing w:after="60"/>
        <w:ind w:left="288"/>
      </w:pPr>
      <w:r>
        <w:rPr>
          <w:color w:val="384151"/>
          <w:sz w:val="21"/>
        </w:rPr>
        <w:t>Give every outstanding task a named owner and a realistic due date.</w:t>
      </w:r>
    </w:p>
    <w:p>
      <w:pPr>
        <w:keepNext w:val="0"/>
        <w:spacing w:after="20"/>
        <w:ind w:left="288"/>
      </w:pPr>
      <w:r>
        <w:rPr>
          <w:color w:val="495363"/>
          <w:sz w:val="18"/>
        </w:rPr>
        <w:t>Suggested owner  HR     Assigned to  [Name]     Due  [Date]</w:t>
      </w:r>
    </w:p>
    <w:p>
      <w:pPr>
        <w:pStyle w:val="Heading2"/>
      </w:pPr>
      <w:sdt>
        <w:sdtPr>
          <w:alias w:val="Task 22 completed"/>
          <w:tag w:val="task-22"/>
          <w:id w:val="1022"/>
          <w14:checkbox>
            <w14:checked w14:val="0"/>
            <w14:checkedState w14:val="2612" w14:font="Segoe UI Symbol"/>
            <w14:uncheckedState w14:val="2610" w14:font="Segoe UI Symbol"/>
          </w14:checkbox>
        </w:sdtPr>
        <w:sdtContent>
          <w:r>
            <w:rPr>
              <w:rFonts w:ascii="Segoe UI Symbol" w:hAnsi="Segoe UI Symbol"/>
            </w:rPr>
            <w:t>☐</w:t>
          </w:r>
        </w:sdtContent>
      </w:sdt>
      <w:r>
        <w:t xml:space="preserve">  Improve the checklist</w:t>
      </w:r>
    </w:p>
    <w:p>
      <w:pPr>
        <w:keepNext/>
        <w:spacing w:after="60"/>
        <w:ind w:left="288"/>
      </w:pPr>
      <w:r>
        <w:rPr>
          <w:color w:val="384151"/>
          <w:sz w:val="21"/>
        </w:rPr>
        <w:t>Use the new joiner's feedback to update the process for the next person.</w:t>
      </w:r>
    </w:p>
    <w:p>
      <w:pPr>
        <w:keepNext w:val="0"/>
        <w:spacing w:after="20"/>
        <w:ind w:left="288"/>
      </w:pPr>
      <w:r>
        <w:rPr>
          <w:color w:val="495363"/>
          <w:sz w:val="18"/>
        </w:rPr>
        <w:t>Suggested owner  HR     Assigned to  [Name]     Due  [Date]</w:t>
      </w:r>
    </w:p>
    <w:p>
      <w:pPr>
        <w:pStyle w:val="Heading2"/>
      </w:pPr>
      <w:r>
        <w:t>Notes and follow up</w:t>
      </w:r>
    </w:p>
    <w:p>
      <w:pPr>
        <w:keepNext w:val="0"/>
        <w:spacing w:after="120"/>
      </w:pPr>
      <w:r>
        <w:rPr>
          <w:color w:val="495363"/>
          <w:sz w:val="20"/>
        </w:rPr>
        <w:t>[Record blockers, support needed or additional tasks here.]</w:t>
      </w:r>
    </w:p>
    <w:p>
      <w:pPr>
        <w:pStyle w:val="Heading2"/>
      </w:pPr>
      <w:r>
        <w:t>Using and keeping this template</w:t>
      </w:r>
    </w:p>
    <w:p>
      <w:pPr>
        <w:keepNext w:val="0"/>
        <w:spacing w:after="120"/>
      </w:pPr>
      <w:r>
        <w:rPr>
          <w:color w:val="495363"/>
          <w:sz w:val="20"/>
        </w:rPr>
        <w:t>This is a standalone Word file. Website checkmarks are not included in the download, and edits do not sync to Repprt. Save your changes in Word or print your copy. Checkbox support can vary in other editors.</w:t>
      </w:r>
    </w:p>
    <w:p>
      <w:pPr>
        <w:keepNext w:val="0"/>
        <w:spacing w:after="120"/>
      </w:pPr>
      <w:r>
        <w:rPr>
          <w:color w:val="495363"/>
          <w:sz w:val="20"/>
        </w:rPr>
        <w:t>Adapt this general workflow to your role, organization and local requirements. It is not a complete compliance checklist. Store sensitive employee information in an appropriately secured system.</w:t>
      </w:r>
    </w:p>
    <w:sectPr w:rsidR="00FC693F" w:rsidRPr="0006063C" w:rsidSect="00034616">
      <w:footerReference w:type="default" r:id="rId9"/>
      <w:pgSz w:w="12240" w:h="15840"/>
      <w:pgMar w:top="864" w:right="1080" w:bottom="864" w:left="1080"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080" w:val="right"/>
      </w:tabs>
      <w:spacing w:after="0"/>
    </w:pPr>
    <w:r>
      <w:rPr>
        <w:sz w:val="16"/>
      </w:rPr>
      <w:t>Repprt  |  repprt.com/resources/employee-onboarding-checklist</w:t>
      <w:tab/>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2" w:lineRule="auto"/>
    </w:pPr>
    <w:rPr>
      <w:rFonts w:ascii="Calibri" w:hAnsi="Calibri"/>
      <w:color w:val="000000"/>
      <w:sz w:val="22"/>
    </w:rPr>
  </w:style>
  <w:style w:type="paragraph" w:styleId="Header">
    <w:name w:val="header"/>
    <w:basedOn w:val="Normal"/>
    <w:link w:val="HeaderChar"/>
    <w:uiPriority w:val="99"/>
    <w:unhideWhenUsed/>
    <w:rsid w:val="00E618BF"/>
    <w:pPr>
      <w:tabs>
        <w:tab w:val="center" w:pos="4680"/>
        <w:tab w:val="right" w:pos="9360"/>
      </w:tabs>
      <w:spacing w:after="120" w:line="252" w:lineRule="auto"/>
    </w:pPr>
    <w:rPr>
      <w:rFonts w:ascii="Calibri" w:hAnsi="Calibri"/>
      <w:color w:val="000000"/>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120" w:line="252" w:lineRule="auto"/>
    </w:pPr>
    <w:rPr>
      <w:rFonts w:ascii="Calibri" w:hAnsi="Calibri"/>
      <w:color w:val="000000"/>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120" w:line="252" w:lineRule="auto"/>
      <w:outlineLvl w:val="0"/>
    </w:pPr>
    <w:rPr>
      <w:rFonts w:asciiTheme="majorHAnsi" w:eastAsiaTheme="majorEastAsia" w:hAnsiTheme="majorHAnsi" w:cstheme="majorBidi" w:ascii="Calibri" w:hAnsi="Calibri"/>
      <w:b/>
      <w:bCs/>
      <w:color w:val="000000"/>
      <w:sz w:val="38"/>
      <w:szCs w:val="28"/>
    </w:rPr>
  </w:style>
  <w:style w:type="paragraph" w:styleId="Heading2">
    <w:name w:val="heading 2"/>
    <w:basedOn w:val="Normal"/>
    <w:next w:val="Normal"/>
    <w:link w:val="Heading2Char"/>
    <w:uiPriority w:val="9"/>
    <w:unhideWhenUsed/>
    <w:qFormat/>
    <w:rsid w:val="00FC693F"/>
    <w:pPr>
      <w:keepNext/>
      <w:keepLines/>
      <w:spacing w:before="200" w:after="60" w:line="252" w:lineRule="auto"/>
      <w:outlineLvl w:val="1"/>
    </w:pPr>
    <w:rPr>
      <w:rFonts w:asciiTheme="majorHAnsi" w:eastAsiaTheme="majorEastAsia" w:hAnsiTheme="majorHAnsi" w:cstheme="majorBidi" w:ascii="Calibri" w:hAnsi="Calibri"/>
      <w:b/>
      <w:bCs/>
      <w:color w:val="000000"/>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20" w:line="252" w:lineRule="auto"/>
      <w:contextualSpacing/>
    </w:pPr>
    <w:rPr>
      <w:rFonts w:asciiTheme="majorHAnsi" w:eastAsiaTheme="majorEastAsia" w:hAnsiTheme="majorHAnsi" w:cstheme="majorBidi" w:ascii="Calibri" w:hAnsi="Calibri"/>
      <w:b/>
      <w:color w:val="000000"/>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20" w:line="252" w:lineRule="auto"/>
    </w:pPr>
    <w:rPr>
      <w:rFonts w:asciiTheme="majorHAnsi" w:eastAsiaTheme="majorEastAsia" w:hAnsiTheme="majorHAnsi" w:cstheme="majorBidi" w:ascii="Calibri" w:hAnsi="Calibr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onboarding checklist</dc:title>
  <dc:subject>Editable new hire template for small businesses</dc:subject>
  <dc:creator>Repprt</dc:creator>
  <cp:keywords>employee onboarding, new hire checklist, small business</cp:keywords>
  <dc:description/>
  <cp:lastModifiedBy/>
  <cp:revision>1</cp:revision>
  <dcterms:created xsi:type="dcterms:W3CDTF">2013-12-23T23:15:00Z</dcterms:created>
  <dcterms:modified xsi:type="dcterms:W3CDTF">2013-12-23T23:15:00Z</dcterms:modified>
  <cp:category/>
</cp:coreProperties>
</file>